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A9299" w14:textId="77777777" w:rsidR="0083009F" w:rsidRDefault="00000000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472A49B2" wp14:editId="3C5A00F0">
            <wp:extent cx="5303520" cy="19386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193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6B9AB" w14:textId="77777777" w:rsidR="0083009F" w:rsidRDefault="00000000">
      <w:pPr>
        <w:spacing w:after="60" w:line="240" w:lineRule="auto"/>
        <w:jc w:val="center"/>
      </w:pPr>
      <w:r>
        <w:rPr>
          <w:b/>
          <w:color w:val="06366B"/>
          <w:sz w:val="36"/>
        </w:rPr>
        <w:t>WHOLESALE FOODSERVICE CATALOG</w:t>
      </w:r>
    </w:p>
    <w:p w14:paraId="6AADB6E6" w14:textId="3131013A" w:rsidR="0083009F" w:rsidRDefault="00000000">
      <w:pPr>
        <w:spacing w:after="120" w:line="240" w:lineRule="auto"/>
        <w:jc w:val="center"/>
      </w:pPr>
      <w:r>
        <w:rPr>
          <w:b/>
          <w:color w:val="079A9A"/>
          <w:sz w:val="18"/>
        </w:rPr>
        <w:t>Restaurant • Catering • Institutional Supplies</w:t>
      </w:r>
    </w:p>
    <w:p w14:paraId="254E9755" w14:textId="77777777" w:rsidR="0083009F" w:rsidRDefault="00000000">
      <w:pPr>
        <w:spacing w:after="100" w:line="240" w:lineRule="auto"/>
        <w:jc w:val="center"/>
      </w:pPr>
      <w:r>
        <w:rPr>
          <w:noProof/>
        </w:rPr>
        <w:drawing>
          <wp:inline distT="0" distB="0" distL="0" distR="0" wp14:anchorId="63E2D7C5" wp14:editId="107C7F94">
            <wp:extent cx="5943600" cy="1717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10368"/>
      </w:tblGrid>
      <w:tr w:rsidR="0083009F" w14:paraId="369D0BE6" w14:textId="77777777">
        <w:trPr>
          <w:cantSplit/>
          <w:jc w:val="center"/>
        </w:trPr>
        <w:tc>
          <w:tcPr>
            <w:tcW w:w="10368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5310626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20"/>
              </w:rPr>
              <w:t>Clear case pricing • Organized product families • Local delivery available</w:t>
            </w:r>
          </w:p>
        </w:tc>
      </w:tr>
    </w:tbl>
    <w:p w14:paraId="41DE4CA6" w14:textId="436C6A7A" w:rsidR="0083009F" w:rsidRDefault="00000000">
      <w:pPr>
        <w:spacing w:before="200" w:after="40" w:line="240" w:lineRule="auto"/>
        <w:jc w:val="center"/>
      </w:pPr>
      <w:r>
        <w:rPr>
          <w:b/>
          <w:color w:val="F58220"/>
          <w:sz w:val="28"/>
        </w:rPr>
        <w:t>FREE SHIPPING</w:t>
      </w:r>
    </w:p>
    <w:p w14:paraId="082F4AD5" w14:textId="77777777" w:rsidR="0083009F" w:rsidRDefault="00000000">
      <w:pPr>
        <w:spacing w:after="160" w:line="240" w:lineRule="auto"/>
        <w:jc w:val="center"/>
      </w:pPr>
      <w:r>
        <w:rPr>
          <w:b/>
          <w:color w:val="06366B"/>
          <w:sz w:val="18"/>
        </w:rPr>
        <w:t>Delivery available anywhere — proudly serving Hampton Roads and surrounding communities.</w:t>
      </w: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83009F" w14:paraId="44E283B5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9568EA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79A9A"/>
                <w:sz w:val="12"/>
              </w:rPr>
              <w:t>PHONE</w:t>
            </w:r>
            <w:r>
              <w:br/>
            </w:r>
            <w:r>
              <w:rPr>
                <w:b/>
                <w:color w:val="06366B"/>
              </w:rPr>
              <w:t>757-330-2303</w:t>
            </w:r>
          </w:p>
        </w:tc>
        <w:tc>
          <w:tcPr>
            <w:tcW w:w="51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AB0B7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79A9A"/>
                <w:sz w:val="12"/>
              </w:rPr>
              <w:t>EMAIL</w:t>
            </w:r>
            <w:r>
              <w:br/>
            </w:r>
            <w:r>
              <w:rPr>
                <w:b/>
                <w:color w:val="06366B"/>
              </w:rPr>
              <w:t>coastalpapersupply1971@gmail.com</w:t>
            </w:r>
          </w:p>
        </w:tc>
      </w:tr>
      <w:tr w:rsidR="0083009F" w14:paraId="126C2A8A" w14:textId="77777777">
        <w:trPr>
          <w:cantSplit/>
          <w:jc w:val="center"/>
        </w:trPr>
        <w:tc>
          <w:tcPr>
            <w:tcW w:w="51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E37D3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79A9A"/>
                <w:sz w:val="12"/>
              </w:rPr>
              <w:t>SERVICE AREA</w:t>
            </w:r>
            <w:r>
              <w:br/>
            </w:r>
            <w:r>
              <w:rPr>
                <w:b/>
                <w:color w:val="06366B"/>
              </w:rPr>
              <w:t>Hampton Roads</w:t>
            </w:r>
          </w:p>
        </w:tc>
        <w:tc>
          <w:tcPr>
            <w:tcW w:w="51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466A6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79A9A"/>
                <w:sz w:val="12"/>
              </w:rPr>
              <w:t>ORDERING</w:t>
            </w:r>
            <w:r>
              <w:br/>
            </w:r>
            <w:r>
              <w:rPr>
                <w:b/>
                <w:color w:val="06366B"/>
              </w:rPr>
              <w:t>Call or email for availability</w:t>
            </w:r>
          </w:p>
        </w:tc>
      </w:tr>
    </w:tbl>
    <w:p w14:paraId="5AA8AA33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2719DF7E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3965DF7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3371088" wp14:editId="4281FAFC">
                  <wp:extent cx="1627632" cy="4702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fpp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A9F94BD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TAKEOUT CONTAINERS</w:t>
            </w:r>
            <w:r>
              <w:br/>
            </w:r>
            <w:r>
              <w:rPr>
                <w:color w:val="66737C"/>
                <w:sz w:val="13"/>
              </w:rPr>
              <w:t>MFPP, clear OPS, and sugarcane hinged containers</w:t>
            </w:r>
          </w:p>
        </w:tc>
      </w:tr>
      <w:tr w:rsidR="0083009F" w14:paraId="2A67D013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269FAD88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MFPP HINGED CONTAINERS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FC31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0F867DA0" wp14:editId="358E2211">
                  <wp:extent cx="868680" cy="25095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fpp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58ADAAB5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BA62E6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15047B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FDD21C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164F23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05F9F38A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97AC37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6 × 6 × 3 in. — Black — 1 Compartment</w:t>
            </w:r>
            <w:r>
              <w:br/>
            </w:r>
            <w:r>
              <w:rPr>
                <w:color w:val="66737C"/>
                <w:sz w:val="10"/>
              </w:rPr>
              <w:t>WC P66-BK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5A95A5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CFA7DB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B68AD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D1FEBAF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100B1E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6 × 6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P66W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B5AA4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E5365C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753FD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8CD13F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CA16FB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8 × 8 × 3 in. — Black — 1 Compartment</w:t>
            </w:r>
            <w:r>
              <w:br/>
            </w:r>
            <w:r>
              <w:rPr>
                <w:color w:val="66737C"/>
                <w:sz w:val="10"/>
              </w:rPr>
              <w:t>WC P88-BK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847A2D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F3EC00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55A006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E07615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83508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8 × 8 × 3 in. — Black — 3 Compartments</w:t>
            </w:r>
            <w:r>
              <w:br/>
            </w:r>
            <w:r>
              <w:rPr>
                <w:color w:val="66737C"/>
                <w:sz w:val="10"/>
              </w:rPr>
              <w:t>WC P83-BK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EB44F08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648F4D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7E6D85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9FDDA90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C2D521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8 × 8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P88W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B32B4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18F097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76C1F6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065433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B66A8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8 × 8 × 3 in. — White — 3 Compartments</w:t>
            </w:r>
            <w:r>
              <w:br/>
            </w:r>
            <w:r>
              <w:rPr>
                <w:color w:val="66737C"/>
                <w:sz w:val="10"/>
              </w:rPr>
              <w:t>WC PW83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320A66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69DECC8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91834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836459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7D025F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6 × 3 in. — Black — 1 Compartment</w:t>
            </w:r>
            <w:r>
              <w:br/>
            </w:r>
            <w:r>
              <w:rPr>
                <w:color w:val="66737C"/>
                <w:sz w:val="10"/>
              </w:rPr>
              <w:t>WC P206-BK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4E3DB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FA36BF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B723A6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01755D6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17E3E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6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PW206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8FFEE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32847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00F901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6D0DE26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A44D54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9 × 3 in. — Black — 1 Compartment</w:t>
            </w:r>
            <w:r>
              <w:br/>
            </w:r>
            <w:r>
              <w:rPr>
                <w:color w:val="66737C"/>
                <w:sz w:val="10"/>
              </w:rPr>
              <w:t>WC P99-BK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DB6B2C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F62A2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2BCFA0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67566B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5E7181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9 × 3 in. — Black — 3 Compartments</w:t>
            </w:r>
            <w:r>
              <w:br/>
            </w:r>
            <w:r>
              <w:rPr>
                <w:color w:val="66737C"/>
                <w:sz w:val="10"/>
              </w:rPr>
              <w:t>WC P93-BK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943BB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AC3C40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43433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3916E35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F1A7D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9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P99W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1C0A02B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5CD934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A96BB0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0A0AD9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D3DB45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9 × 3 in. — White — 3 Compartments</w:t>
            </w:r>
            <w:r>
              <w:br/>
            </w:r>
            <w:r>
              <w:rPr>
                <w:color w:val="66737C"/>
                <w:sz w:val="10"/>
              </w:rPr>
              <w:t>WC PW93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3CDD6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1058F4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D577E9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EB2D132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2F2F626D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CLEAR OPS HINGED CONTAINERS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C5C4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8BDAFD5" wp14:editId="100F4710">
                  <wp:extent cx="868680" cy="25095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ear_hinged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49317670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D105D5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7DA3F0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AAFE61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91C2E8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3EDE34A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999838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5 1/4 × 5 3/8 × 2 5/8 in. — Clear</w:t>
            </w:r>
            <w:r>
              <w:br/>
            </w:r>
            <w:r>
              <w:rPr>
                <w:color w:val="66737C"/>
                <w:sz w:val="10"/>
              </w:rPr>
              <w:t>WC PSC-C53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157878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5F7AD7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9C7BE5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F24667B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6D978A3E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SUGARCANE HINGED CONTAINERS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4B9B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525EBA2" wp14:editId="0ACD6FE2">
                  <wp:extent cx="868680" cy="25095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garcane_hinged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7FF0451E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27C491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50D9B8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6135FA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04987E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702C6DE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F988EA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6 × 6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HC66W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AA6699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D2D075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400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80684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80CAE6F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3817DD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8 × 8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HC88W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9C5F7E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C50FF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501906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779FA1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98C9FF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8 × 8 × 3 in. — White — 3 Compartments</w:t>
            </w:r>
            <w:r>
              <w:br/>
            </w:r>
            <w:r>
              <w:rPr>
                <w:color w:val="66737C"/>
                <w:sz w:val="10"/>
              </w:rPr>
              <w:t>WC HC88W-3C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E1465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754EE6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4B654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F6EABF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D7B0F6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6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HC96W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0AC93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9D64B4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D12A5C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05C24F5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C8196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9 × 3 in. — White — 1 Compartment</w:t>
            </w:r>
            <w:r>
              <w:br/>
            </w:r>
            <w:r>
              <w:rPr>
                <w:color w:val="66737C"/>
                <w:sz w:val="10"/>
              </w:rPr>
              <w:t>WC HC99W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83ECE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624E56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81D88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C0FDAFF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A029F2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× 9 × 3 in. — White — 3 Compartments</w:t>
            </w:r>
            <w:r>
              <w:br/>
            </w:r>
            <w:r>
              <w:rPr>
                <w:color w:val="66737C"/>
                <w:sz w:val="10"/>
              </w:rPr>
              <w:t>WC HC99W-3C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1A04DF8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Standard configuration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DDC02C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C63646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07515416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5CDB4B6A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561395C0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649F644" wp14:editId="5E7934EA">
                  <wp:extent cx="1627632" cy="47020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rowave_rect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4864C4B6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MICROWAVE CONTAINERS</w:t>
            </w:r>
            <w:r>
              <w:br/>
            </w:r>
            <w:r>
              <w:rPr>
                <w:color w:val="66737C"/>
                <w:sz w:val="13"/>
              </w:rPr>
              <w:t>Rectangular and round microwave-safe takeout containers</w:t>
            </w:r>
          </w:p>
        </w:tc>
      </w:tr>
      <w:tr w:rsidR="0083009F" w14:paraId="37009045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63E8FE6B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RECTANGULAR MICROWAVE </w:t>
            </w:r>
            <w:proofErr w:type="gramStart"/>
            <w:r>
              <w:rPr>
                <w:b/>
                <w:color w:val="079A9A"/>
                <w:sz w:val="18"/>
              </w:rPr>
              <w:t>CONTAINERS</w:t>
            </w:r>
            <w:r>
              <w:rPr>
                <w:i/>
                <w:color w:val="66737C"/>
                <w:sz w:val="12"/>
              </w:rPr>
              <w:t xml:space="preserve">  Clear</w:t>
            </w:r>
            <w:proofErr w:type="gramEnd"/>
            <w:r>
              <w:rPr>
                <w:i/>
                <w:color w:val="66737C"/>
                <w:sz w:val="12"/>
              </w:rPr>
              <w:t xml:space="preserve"> lids included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7531B3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6AEFE745" wp14:editId="10884259">
                  <wp:extent cx="868680" cy="25095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rowave_rect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71E48329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BAB84C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E128F3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90D8D5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7F44AB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7C649F08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688ACC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CB-16B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45A773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16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PP,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D9C2FA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DDF09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FE649E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B35FA9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CB-24B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DBDA2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24 oz. </w:t>
            </w:r>
            <w:proofErr w:type="gramStart"/>
            <w:r>
              <w:rPr>
                <w:color w:val="1F2D38"/>
                <w:sz w:val="13"/>
              </w:rPr>
              <w:t>• PP</w:t>
            </w:r>
            <w:proofErr w:type="gramEnd"/>
            <w:r>
              <w:rPr>
                <w:color w:val="1F2D38"/>
                <w:sz w:val="13"/>
              </w:rPr>
              <w:t>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D4D262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BE203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$27.50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5ACF2A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0ADE2A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CB-28B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9DE1D28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28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PP,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911493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733B4D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$29.50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231FA0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6E6792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CB-33B-3C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2C3217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33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PP, Black base, Clear lid • 3 compartments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E6B614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7E408C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CB0EB2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51FE2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CB-38B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E8F80D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38 oz. </w:t>
            </w:r>
            <w:proofErr w:type="gramStart"/>
            <w:r>
              <w:rPr>
                <w:color w:val="1F2D38"/>
                <w:sz w:val="13"/>
              </w:rPr>
              <w:t>• PP</w:t>
            </w:r>
            <w:proofErr w:type="gramEnd"/>
            <w:r>
              <w:rPr>
                <w:color w:val="1F2D38"/>
                <w:sz w:val="13"/>
              </w:rPr>
              <w:t>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4FC41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922F22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$32.50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63917A8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3A3941E8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ROUND MICROWAVE </w:t>
            </w:r>
            <w:proofErr w:type="gramStart"/>
            <w:r>
              <w:rPr>
                <w:b/>
                <w:color w:val="079A9A"/>
                <w:sz w:val="18"/>
              </w:rPr>
              <w:t>CONTAINERS</w:t>
            </w:r>
            <w:r>
              <w:rPr>
                <w:i/>
                <w:color w:val="66737C"/>
                <w:sz w:val="12"/>
              </w:rPr>
              <w:t xml:space="preserve">  Clear</w:t>
            </w:r>
            <w:proofErr w:type="gramEnd"/>
            <w:r>
              <w:rPr>
                <w:i/>
                <w:color w:val="66737C"/>
                <w:sz w:val="12"/>
              </w:rPr>
              <w:t xml:space="preserve"> lids included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230DB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5666029C" wp14:editId="227EEFF1">
                  <wp:extent cx="868680" cy="25095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rowave_round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71B4291C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74D303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73EAF6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ADCCA7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34FA68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28E6479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79A0D7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W7-24B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C0420B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24 oz. </w:t>
            </w:r>
            <w:proofErr w:type="gramStart"/>
            <w:r>
              <w:rPr>
                <w:color w:val="1F2D38"/>
                <w:sz w:val="13"/>
              </w:rPr>
              <w:t>• PP</w:t>
            </w:r>
            <w:proofErr w:type="gramEnd"/>
            <w:r>
              <w:rPr>
                <w:color w:val="1F2D38"/>
                <w:sz w:val="13"/>
              </w:rPr>
              <w:t>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670D8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7FBF9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664359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54709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W7-32B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707F2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32 oz. </w:t>
            </w:r>
            <w:proofErr w:type="gramStart"/>
            <w:r>
              <w:rPr>
                <w:color w:val="1F2D38"/>
                <w:sz w:val="13"/>
              </w:rPr>
              <w:t>• PP</w:t>
            </w:r>
            <w:proofErr w:type="gramEnd"/>
            <w:r>
              <w:rPr>
                <w:color w:val="1F2D38"/>
                <w:sz w:val="13"/>
              </w:rPr>
              <w:t>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CA4E9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535A76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$26.99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275748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D68E8E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PP Microwave Container with Clear Lid</w:t>
            </w:r>
            <w:r>
              <w:br/>
            </w:r>
            <w:r>
              <w:rPr>
                <w:color w:val="66737C"/>
                <w:sz w:val="10"/>
              </w:rPr>
              <w:t>WC W9-48B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CBABF5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48 oz. • PP, Black base, Clear lid • 1 compartment • Lid included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4BC1B4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150 sets/case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C52E05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3F040987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3392E7DE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18EE5983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AC7BF26" wp14:editId="5BFD0366">
                  <wp:extent cx="1627632" cy="47020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aft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AECA56C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KRAFT CONTAINERS &amp; BOXES</w:t>
            </w:r>
            <w:r>
              <w:br/>
            </w:r>
            <w:r>
              <w:rPr>
                <w:color w:val="66737C"/>
                <w:sz w:val="13"/>
              </w:rPr>
              <w:t>All kraft takeout containers, food boxes, and matching lids</w:t>
            </w:r>
          </w:p>
        </w:tc>
      </w:tr>
      <w:tr w:rsidR="0083009F" w14:paraId="0BA3D4B4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25D5FC01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SQUARE KRAFT CONTAINERS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1695D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14783DCB" wp14:editId="63E75123">
                  <wp:extent cx="868680" cy="250952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aft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7DE6F17F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723AE8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EEBEA5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B897E9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4C969A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55480E9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CBA06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Square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1D6693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30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98F20D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2ECE63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$54.50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08B555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657FF1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Square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EA286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32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1CC7D1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D2A730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290699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C55D23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Square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36F035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40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E0F023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469312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CF2D71C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49304C7B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RECTANGULAR KRAFT CONTAINERS</w:t>
            </w:r>
          </w:p>
        </w:tc>
      </w:tr>
      <w:tr w:rsidR="0083009F" w14:paraId="602BF896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B33318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5FEDDA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D8A4E1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DE1F2C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38972D10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1EC7E2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8B0EBC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22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651CE9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B6F518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A6D5125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AA89F2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Rectangular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1EF251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33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Confirm lid fit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E6EAF7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74EF08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921EDFD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1ECEA879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ROUND KRAFT CONTAINERS</w:t>
            </w:r>
          </w:p>
        </w:tc>
      </w:tr>
      <w:tr w:rsidR="0083009F" w14:paraId="14598B4C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5B4006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580C5F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836637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99215C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7350368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41919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7B236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25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0AD0B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CF58DD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D1CE876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748610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Kraft Food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EC0671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33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Kraft paper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63F099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containers/case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B5F967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E90BAA2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090EF9C5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KRAFT FOOD BOXES</w:t>
            </w:r>
          </w:p>
        </w:tc>
      </w:tr>
      <w:tr w:rsidR="0083009F" w14:paraId="02B31179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15497F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555D02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81EDBE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2E628A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741C328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AB2116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Kraft Food Box #1</w:t>
            </w:r>
            <w:r>
              <w:br/>
            </w:r>
            <w:r>
              <w:rPr>
                <w:color w:val="66737C"/>
                <w:sz w:val="10"/>
              </w:rPr>
              <w:t>WC TGB-K1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C53142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4 5/8 × 3 1/2 × 2 1/2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Kraft paper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383A2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450 boxes/case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A1C209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697457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CC2D4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Black Food Box #8</w:t>
            </w:r>
            <w:r>
              <w:br/>
            </w:r>
            <w:r>
              <w:rPr>
                <w:color w:val="66737C"/>
                <w:sz w:val="10"/>
              </w:rPr>
              <w:t>WC TGB-K8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BF2DA5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6 × 4 5/8 × 2 1/2 in. • Kraft paper,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EAED65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boxes/case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6234F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F5C5C8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4FEC1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Kraft Food Box #2</w:t>
            </w:r>
            <w:r>
              <w:br/>
            </w:r>
            <w:r>
              <w:rPr>
                <w:color w:val="66737C"/>
                <w:sz w:val="10"/>
              </w:rPr>
              <w:t>WC TGB-K2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921521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7 3/4 × 5 1/2 × 2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Kraft paper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E56785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boxes/case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652BE5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$36.50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7EA308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5559F5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Kraft Food Box #4</w:t>
            </w:r>
            <w:r>
              <w:br/>
            </w:r>
            <w:r>
              <w:rPr>
                <w:color w:val="66737C"/>
                <w:sz w:val="10"/>
              </w:rPr>
              <w:t>WC TGB-K4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0CEF50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7 7/8 × 5 1/2 × 3 1/2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Kraft paper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E9B8D6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200 boxes/case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08D4DB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D6BF8DE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7E5491D8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KRAFT CONTAINER </w:t>
            </w:r>
            <w:proofErr w:type="gramStart"/>
            <w:r>
              <w:rPr>
                <w:b/>
                <w:color w:val="079A9A"/>
                <w:sz w:val="18"/>
              </w:rPr>
              <w:t>LIDS</w:t>
            </w:r>
            <w:r>
              <w:rPr>
                <w:i/>
                <w:color w:val="66737C"/>
                <w:sz w:val="12"/>
              </w:rPr>
              <w:t xml:space="preserve">  </w:t>
            </w:r>
            <w:proofErr w:type="spellStart"/>
            <w:r>
              <w:rPr>
                <w:i/>
                <w:color w:val="66737C"/>
                <w:sz w:val="12"/>
              </w:rPr>
              <w:t>Lids</w:t>
            </w:r>
            <w:proofErr w:type="spellEnd"/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450BF218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237179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691E05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559331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A08F78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2549514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65361A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PET Lid for Rectangular Kraft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7D622D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22/32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D02ECD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445D00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$30.50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0291BB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8BF593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PP Lid for Rectangular Kraft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FCDB58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22/32 oz. • PP plastic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BA824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B25473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F97DCA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419F2A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PET Lid for Round Kraft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27EFE6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25/33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CF3B54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C7E2D2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$37.50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351E21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F8F38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PP Lid for Round Kraft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CA4058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25/33 oz. • PP plastic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7499F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4403C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B7083D8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5AEB9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PET Lid for Square Kraft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60DB16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Square sizes not stated •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65BFF0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252BED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$52.50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D6C315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67EB65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PP Lid for Square Kraft Container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626A67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Square sizes not stated • PP plastic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3CBE75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075ACA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$41.50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0AACDD4D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3555E26F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24B28387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C2094FD" wp14:editId="49008F9E">
                  <wp:extent cx="1627632" cy="47020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uminum_pans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6F6CA07E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ALUMINUM &amp; FOIL</w:t>
            </w:r>
            <w:r>
              <w:br/>
            </w:r>
            <w:r>
              <w:rPr>
                <w:color w:val="66737C"/>
                <w:sz w:val="13"/>
              </w:rPr>
              <w:t>Aluminum pans, pan lids, foil rolls, and pop-up foil sheets</w:t>
            </w:r>
          </w:p>
        </w:tc>
      </w:tr>
      <w:tr w:rsidR="0083009F" w14:paraId="5B8183E6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3ADC7C17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ALUMINUM PANS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147F0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359274D8" wp14:editId="4E995125">
                  <wp:extent cx="868680" cy="25095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uminum_pans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0610639D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2ADF3D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671089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962DE7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0FC9C9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4278FAB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DCA433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Oblong Aluminum Pan</w:t>
            </w:r>
            <w:r>
              <w:br/>
            </w:r>
            <w:r>
              <w:rPr>
                <w:color w:val="66737C"/>
                <w:sz w:val="10"/>
              </w:rPr>
              <w:t>WC 705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380A1B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 </w:t>
            </w:r>
            <w:proofErr w:type="spellStart"/>
            <w:r>
              <w:rPr>
                <w:color w:val="1F2D38"/>
                <w:sz w:val="13"/>
              </w:rPr>
              <w:t>lb</w:t>
            </w:r>
            <w:proofErr w:type="spellEnd"/>
            <w:r>
              <w:rPr>
                <w:color w:val="1F2D38"/>
                <w:sz w:val="13"/>
              </w:rPr>
              <w:t xml:space="preserve">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C9C1E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F217B0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$74.99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A60A13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637AD4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Oblong Aluminum Pan — Deep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0FF525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1.5 </w:t>
            </w:r>
            <w:proofErr w:type="spellStart"/>
            <w:r>
              <w:rPr>
                <w:color w:val="1F2D38"/>
                <w:sz w:val="13"/>
              </w:rPr>
              <w:t>lb</w:t>
            </w:r>
            <w:proofErr w:type="spellEnd"/>
            <w:r>
              <w:rPr>
                <w:color w:val="1F2D38"/>
                <w:sz w:val="13"/>
              </w:rPr>
              <w:t xml:space="preserve"> • Aluminum • Confirm lid fit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077DE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075984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5FCB44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815430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Oblong Aluminum Pan</w:t>
            </w:r>
            <w:r>
              <w:br/>
            </w:r>
            <w:r>
              <w:rPr>
                <w:color w:val="66737C"/>
                <w:sz w:val="10"/>
              </w:rPr>
              <w:t>WC 788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2B81B3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2.25 </w:t>
            </w:r>
            <w:proofErr w:type="spellStart"/>
            <w:r>
              <w:rPr>
                <w:color w:val="1F2D38"/>
                <w:sz w:val="13"/>
              </w:rPr>
              <w:t>lb</w:t>
            </w:r>
            <w:proofErr w:type="spellEnd"/>
            <w:r>
              <w:rPr>
                <w:color w:val="1F2D38"/>
                <w:sz w:val="13"/>
              </w:rPr>
              <w:t xml:space="preserve">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BF7BF2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A6D164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$74.99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AFEF74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A9CE5C1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Aluminum Pan</w:t>
            </w:r>
            <w:r>
              <w:br/>
            </w:r>
            <w:r>
              <w:rPr>
                <w:color w:val="66737C"/>
                <w:sz w:val="10"/>
              </w:rPr>
              <w:t>WC AP07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026EE6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7 in.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950F0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6F6EE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$56.50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EA1B60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2602FD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Aluminum Pan</w:t>
            </w:r>
            <w:r>
              <w:br/>
            </w:r>
            <w:r>
              <w:rPr>
                <w:color w:val="66737C"/>
                <w:sz w:val="10"/>
              </w:rPr>
              <w:t>WC AP08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F18051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8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787109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95386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889DC7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CD1DEC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Deep</w:t>
            </w:r>
            <w:r>
              <w:br/>
            </w:r>
            <w:r>
              <w:rPr>
                <w:color w:val="66737C"/>
                <w:sz w:val="10"/>
              </w:rPr>
              <w:t>WC HST-D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5BAC5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Half Size Deep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9EFE24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2C8484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336FD63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BDC2AD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Deep</w:t>
            </w:r>
            <w:r>
              <w:br/>
            </w:r>
            <w:r>
              <w:rPr>
                <w:color w:val="66737C"/>
                <w:sz w:val="10"/>
              </w:rPr>
              <w:t>WC FST-D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64FB0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Full Size Deep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4FF5C43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8367E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BA99798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FA39654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Deep Heavy-Duty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1CB0CC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Full Size Deep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B5F64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B6B0C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8CE927F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29640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Medium</w:t>
            </w:r>
            <w:r>
              <w:br/>
            </w:r>
            <w:r>
              <w:rPr>
                <w:color w:val="66737C"/>
                <w:sz w:val="10"/>
              </w:rPr>
              <w:t>WC HST-M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2EE66A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Half Size Medium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EE440B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94CEC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8526B65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D6EDE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Medium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B72642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Full Size Medium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E78275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894CC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$60.50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25D997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CEECF18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Shallow</w:t>
            </w:r>
            <w:r>
              <w:br/>
            </w:r>
            <w:r>
              <w:rPr>
                <w:color w:val="66737C"/>
                <w:sz w:val="10"/>
              </w:rPr>
              <w:t>WC HST-S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08B978B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Half Size Shallow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641A8C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100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FF5C39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40A868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D5AF8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Steam Table Aluminum Pan — Shallow</w:t>
            </w:r>
            <w:r>
              <w:br/>
            </w:r>
            <w:r>
              <w:rPr>
                <w:color w:val="66737C"/>
                <w:sz w:val="10"/>
              </w:rPr>
              <w:t>WC FST-S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FBB3EC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Full Size Shallow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D63703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 pans/case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AD4E2B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33EF4B1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72D7F980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ALUMINUM PAN </w:t>
            </w:r>
            <w:proofErr w:type="gramStart"/>
            <w:r>
              <w:rPr>
                <w:b/>
                <w:color w:val="079A9A"/>
                <w:sz w:val="18"/>
              </w:rPr>
              <w:t>LIDS</w:t>
            </w:r>
            <w:r>
              <w:rPr>
                <w:i/>
                <w:color w:val="66737C"/>
                <w:sz w:val="12"/>
              </w:rPr>
              <w:t xml:space="preserve">  </w:t>
            </w:r>
            <w:proofErr w:type="spellStart"/>
            <w:r>
              <w:rPr>
                <w:i/>
                <w:color w:val="66737C"/>
                <w:sz w:val="12"/>
              </w:rPr>
              <w:t>Lids</w:t>
            </w:r>
            <w:proofErr w:type="spellEnd"/>
            <w:proofErr w:type="gramEnd"/>
            <w:r>
              <w:rPr>
                <w:i/>
                <w:color w:val="66737C"/>
                <w:sz w:val="12"/>
              </w:rPr>
              <w:t xml:space="preserve"> sold separately unless noted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AB7E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6ACAC7A3" wp14:editId="0059B832">
                  <wp:extent cx="868680" cy="25095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uminum_lids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05D097CC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13DDDB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D6F0D1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8562F3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D5EB84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4CF2FA5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5C2754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Foil Board Oblong Pan Lid</w:t>
            </w:r>
            <w:r>
              <w:br/>
            </w:r>
            <w:r>
              <w:rPr>
                <w:color w:val="66737C"/>
                <w:sz w:val="10"/>
              </w:rPr>
              <w:t>WC FBL23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5DA08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 </w:t>
            </w:r>
            <w:proofErr w:type="spellStart"/>
            <w:r>
              <w:rPr>
                <w:color w:val="1F2D38"/>
                <w:sz w:val="13"/>
              </w:rPr>
              <w:t>lb</w:t>
            </w:r>
            <w:proofErr w:type="spellEnd"/>
            <w:r>
              <w:rPr>
                <w:color w:val="1F2D38"/>
                <w:sz w:val="13"/>
              </w:rPr>
              <w:t xml:space="preserve">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2E41AC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3E540C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CAB30B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7BCD74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Plastic Oblong Pan Lid</w:t>
            </w:r>
            <w:r>
              <w:br/>
            </w:r>
            <w:r>
              <w:rPr>
                <w:color w:val="66737C"/>
                <w:sz w:val="10"/>
              </w:rPr>
              <w:t>WC PL23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85A4C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1.0 </w:t>
            </w:r>
            <w:proofErr w:type="spellStart"/>
            <w:r>
              <w:rPr>
                <w:color w:val="1F2D38"/>
                <w:sz w:val="13"/>
              </w:rPr>
              <w:t>lb</w:t>
            </w:r>
            <w:proofErr w:type="spellEnd"/>
            <w:r>
              <w:rPr>
                <w:color w:val="1F2D38"/>
                <w:sz w:val="13"/>
              </w:rPr>
              <w:t xml:space="preserve"> • Aluminum,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0FEEC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0489C9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CB679F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7854E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Plastic Oblong Pan Lid</w:t>
            </w:r>
            <w:r>
              <w:br/>
            </w:r>
            <w:r>
              <w:rPr>
                <w:color w:val="66737C"/>
                <w:sz w:val="10"/>
              </w:rPr>
              <w:t>WC PL25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95E619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1.5/2.25 </w:t>
            </w:r>
            <w:proofErr w:type="spellStart"/>
            <w:r>
              <w:rPr>
                <w:color w:val="1F2D38"/>
                <w:sz w:val="13"/>
              </w:rPr>
              <w:t>lb</w:t>
            </w:r>
            <w:proofErr w:type="spellEnd"/>
            <w:r>
              <w:rPr>
                <w:color w:val="1F2D38"/>
                <w:sz w:val="13"/>
              </w:rPr>
              <w:t xml:space="preserve"> • Aluminum,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4D2836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B07939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ECC880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71349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Foil Board Round Pan Lid</w:t>
            </w:r>
            <w:r>
              <w:br/>
            </w:r>
            <w:r>
              <w:rPr>
                <w:color w:val="66737C"/>
                <w:sz w:val="10"/>
              </w:rPr>
              <w:t>WC FBL07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FC8D5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7 in.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7C6B9F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DD9FD0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$16.99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3971BC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78C2F6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Foil Board Round Pan Lid</w:t>
            </w:r>
            <w:r>
              <w:br/>
            </w:r>
            <w:r>
              <w:rPr>
                <w:color w:val="66737C"/>
                <w:sz w:val="10"/>
              </w:rPr>
              <w:t>WC FBL08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02F2E8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8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42D977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19246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0BB6230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71255C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Plastic Round Pan Lid</w:t>
            </w:r>
            <w:r>
              <w:br/>
            </w:r>
            <w:r>
              <w:rPr>
                <w:color w:val="66737C"/>
                <w:sz w:val="10"/>
              </w:rPr>
              <w:t>WC PL08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5715FA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8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Plastic,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96F518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9762F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35045A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FB28C7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Foil Board Round Pan Lid</w:t>
            </w:r>
            <w:r>
              <w:br/>
            </w:r>
            <w:r>
              <w:rPr>
                <w:color w:val="66737C"/>
                <w:sz w:val="10"/>
              </w:rPr>
              <w:t>WC FBL09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FC3F14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9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Aluminum • Confirm lid fit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B0BDE5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15C770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E53AEF6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98DE5C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Aluminum Steam Table Pan Lid</w:t>
            </w:r>
            <w:r>
              <w:br/>
            </w:r>
            <w:r>
              <w:rPr>
                <w:color w:val="66737C"/>
                <w:sz w:val="10"/>
              </w:rPr>
              <w:t>WC HAL100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B4B46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Half Size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678796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6D5420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6C834C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B6BDCB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Aluminum Steam Table Pan Lid</w:t>
            </w:r>
            <w:r>
              <w:br/>
            </w:r>
            <w:r>
              <w:rPr>
                <w:color w:val="66737C"/>
                <w:sz w:val="10"/>
              </w:rPr>
              <w:t>WC FAL50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FF786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Full Size • Aluminum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B9EC8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9B4590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C4BCC91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199DFBBB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FOIL ROLLS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004F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0CFC12EF" wp14:editId="3D6F1A37">
                  <wp:extent cx="868680" cy="25095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il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22457BC6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2F37F7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26CBE5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0CEAA2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361995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3F83A7E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EAA2AF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Standard Aluminum Foil Roll</w:t>
            </w:r>
            <w:r>
              <w:br/>
            </w:r>
            <w:r>
              <w:rPr>
                <w:color w:val="66737C"/>
                <w:sz w:val="10"/>
              </w:rPr>
              <w:t>WC NY-</w:t>
            </w:r>
            <w:proofErr w:type="gramStart"/>
            <w:r>
              <w:rPr>
                <w:color w:val="66737C"/>
                <w:sz w:val="10"/>
              </w:rPr>
              <w:t>1210ST</w:t>
            </w:r>
            <w:proofErr w:type="gramEnd"/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1401C1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12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Aluminum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38371C8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 rolls/case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4B0D90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EB27E5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8CE37F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Heavy-Duty Aluminum Foil Roll</w:t>
            </w:r>
            <w:r>
              <w:br/>
            </w:r>
            <w:r>
              <w:rPr>
                <w:color w:val="66737C"/>
                <w:sz w:val="10"/>
              </w:rPr>
              <w:t>WC NY-1850HD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A46DFA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18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Aluminum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BFE84A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 rolls/case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E33A7A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2CC48AE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60A69C6F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FOIL SHEETS</w:t>
            </w:r>
          </w:p>
        </w:tc>
      </w:tr>
      <w:tr w:rsidR="0083009F" w14:paraId="45CB2906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20D2CC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E7C9C6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D88CC6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4171D4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06A6070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DF1AB2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Pop-Up Aluminum Foil Sheets</w:t>
            </w:r>
            <w:r>
              <w:br/>
            </w:r>
            <w:r>
              <w:rPr>
                <w:color w:val="66737C"/>
                <w:sz w:val="10"/>
              </w:rPr>
              <w:t>WC PUS12200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B4037E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12 × 10.75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Aluminum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9ACB9D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2,400 sheets/case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2620D5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$91.99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2A68D4F7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3384"/>
        <w:gridCol w:w="1613"/>
        <w:gridCol w:w="1267"/>
      </w:tblGrid>
      <w:tr w:rsidR="0083009F" w14:paraId="3EA6C1D5" w14:textId="77777777">
        <w:trPr>
          <w:cantSplit/>
          <w:jc w:val="center"/>
        </w:trPr>
        <w:tc>
          <w:tcPr>
            <w:tcW w:w="10800" w:type="dxa"/>
            <w:gridSpan w:val="4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2BED965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lastRenderedPageBreak/>
              <w:t>CLEAR COLD CUPS &amp; LIDS</w:t>
            </w:r>
            <w:r>
              <w:br/>
            </w:r>
            <w:r>
              <w:rPr>
                <w:color w:val="66737C"/>
                <w:sz w:val="13"/>
              </w:rPr>
              <w:t>Clear PET cold cups with separately sold flat and dome lids</w:t>
            </w:r>
          </w:p>
        </w:tc>
      </w:tr>
      <w:tr w:rsidR="0083009F" w14:paraId="6D58D099" w14:textId="77777777">
        <w:trPr>
          <w:cantSplit/>
          <w:jc w:val="center"/>
        </w:trPr>
        <w:tc>
          <w:tcPr>
            <w:tcW w:w="10800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1E66EB2D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CLEAR COLD </w:t>
            </w:r>
            <w:proofErr w:type="gramStart"/>
            <w:r>
              <w:rPr>
                <w:b/>
                <w:color w:val="079A9A"/>
                <w:sz w:val="18"/>
              </w:rPr>
              <w:t>CUPS</w:t>
            </w:r>
            <w:r>
              <w:rPr>
                <w:i/>
                <w:color w:val="66737C"/>
                <w:sz w:val="12"/>
              </w:rPr>
              <w:t xml:space="preserve">  Lids</w:t>
            </w:r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01E63C21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34760B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4560BF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41516F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81FAAB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51A78129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9D703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9 oz. —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E5D61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Confirm lid fit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E538D2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65B8FC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9BAB4FB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212E0C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12 oz. (92 </w:t>
            </w:r>
            <w:proofErr w:type="gramStart"/>
            <w:r>
              <w:rPr>
                <w:b/>
                <w:color w:val="06366B"/>
                <w:sz w:val="14"/>
              </w:rPr>
              <w:t>mm)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945244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C8E962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52363D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8CC063B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BDD4A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12 oz. (98 </w:t>
            </w:r>
            <w:proofErr w:type="gramStart"/>
            <w:r>
              <w:rPr>
                <w:b/>
                <w:color w:val="06366B"/>
                <w:sz w:val="14"/>
              </w:rPr>
              <w:t>mm)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F93F1D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Confirm lid fit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9B1C9E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9A917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2A7D212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617EA8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16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E8C7EB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EE5947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87C467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16FDFA6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B32AEA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20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2639D7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29C591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311803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EF45264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E3A2D8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32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6EB138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358304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941DE2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D841AA4" w14:textId="77777777">
        <w:trPr>
          <w:cantSplit/>
          <w:jc w:val="center"/>
        </w:trPr>
        <w:tc>
          <w:tcPr>
            <w:tcW w:w="10800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6E098018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CLEAR CUP </w:t>
            </w:r>
            <w:proofErr w:type="gramStart"/>
            <w:r>
              <w:rPr>
                <w:b/>
                <w:color w:val="079A9A"/>
                <w:sz w:val="18"/>
              </w:rPr>
              <w:t>LIDS</w:t>
            </w:r>
            <w:r>
              <w:rPr>
                <w:i/>
                <w:color w:val="66737C"/>
                <w:sz w:val="12"/>
              </w:rPr>
              <w:t xml:space="preserve">  Confirm</w:t>
            </w:r>
            <w:proofErr w:type="gramEnd"/>
            <w:r>
              <w:rPr>
                <w:i/>
                <w:color w:val="66737C"/>
                <w:sz w:val="12"/>
              </w:rPr>
              <w:t xml:space="preserve"> rim size </w:t>
            </w:r>
            <w:proofErr w:type="gramStart"/>
            <w:r>
              <w:rPr>
                <w:i/>
                <w:color w:val="66737C"/>
                <w:sz w:val="12"/>
              </w:rPr>
              <w:t>where</w:t>
            </w:r>
            <w:proofErr w:type="gramEnd"/>
            <w:r>
              <w:rPr>
                <w:i/>
                <w:color w:val="66737C"/>
                <w:sz w:val="12"/>
              </w:rPr>
              <w:t xml:space="preserve"> noted</w:t>
            </w:r>
          </w:p>
        </w:tc>
      </w:tr>
      <w:tr w:rsidR="0083009F" w14:paraId="011A5948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FFF049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55F9D7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029008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005FF2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16B83ABC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DFD80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Flat Straw-Slot PET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86F66D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12–24 oz. • Clear • Confirm lid fit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CA252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9FFD5C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9C03432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4B20E2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Dome PET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DD6799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16–24 oz. • Clear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80353E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2B6615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4F8B5FF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D9F3ED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Clear PET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3AFF2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32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5A1E81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51175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954E01F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6AF898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Flat Straw-Slot PET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6CF839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92 mm • Clear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1F6E27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75A96B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6826BF7B" w14:textId="77777777" w:rsidR="0083009F" w:rsidRDefault="0083009F">
      <w:pPr>
        <w:spacing w:after="80" w:line="120" w:lineRule="auto"/>
      </w:pP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3384"/>
        <w:gridCol w:w="1613"/>
        <w:gridCol w:w="1267"/>
      </w:tblGrid>
      <w:tr w:rsidR="0083009F" w14:paraId="7D635C6D" w14:textId="77777777">
        <w:trPr>
          <w:cantSplit/>
          <w:jc w:val="center"/>
        </w:trPr>
        <w:tc>
          <w:tcPr>
            <w:tcW w:w="10800" w:type="dxa"/>
            <w:gridSpan w:val="4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18CB0B2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HOT PAPER CUPS &amp; LIDS</w:t>
            </w:r>
            <w:r>
              <w:br/>
            </w:r>
            <w:r>
              <w:rPr>
                <w:color w:val="66737C"/>
                <w:sz w:val="13"/>
              </w:rPr>
              <w:t>Hot paper cups with black and white lid options</w:t>
            </w:r>
          </w:p>
        </w:tc>
      </w:tr>
      <w:tr w:rsidR="0083009F" w14:paraId="3EF0E35C" w14:textId="77777777">
        <w:trPr>
          <w:cantSplit/>
          <w:jc w:val="center"/>
        </w:trPr>
        <w:tc>
          <w:tcPr>
            <w:tcW w:w="10800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67DDB18A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HOT PAPER </w:t>
            </w:r>
            <w:proofErr w:type="gramStart"/>
            <w:r>
              <w:rPr>
                <w:b/>
                <w:color w:val="079A9A"/>
                <w:sz w:val="18"/>
              </w:rPr>
              <w:t>CUPS</w:t>
            </w:r>
            <w:r>
              <w:rPr>
                <w:i/>
                <w:color w:val="66737C"/>
                <w:sz w:val="12"/>
              </w:rPr>
              <w:t xml:space="preserve">  Lids</w:t>
            </w:r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45A82990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A4F0D4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5BE046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5BB136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4E3E3D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20F0A104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F4F423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8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Design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EAC2E1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Confirm lid fit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70263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76859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330536E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5DED2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10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Brown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05F845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B65375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5095C8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112A555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FFD845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10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Design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CBE91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B9A9C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5B3781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044A8CA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35D705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12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Brown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2AB97D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BEDE674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AEE2E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E65A532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50C2F8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12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Design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F88990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663577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C204E3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3DADC25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C7F2364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12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White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47D7DF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D55F68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5E02AE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5C6ABDE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3C7DC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16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Brown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1B27C1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74F195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8B945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DBC9552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BC2A7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16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Design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AB596E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36C0CC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339A8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877215F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6B947E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16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Paper, White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D09207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22F7F7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3A23A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6E3A9C5" w14:textId="77777777">
        <w:trPr>
          <w:cantSplit/>
          <w:jc w:val="center"/>
        </w:trPr>
        <w:tc>
          <w:tcPr>
            <w:tcW w:w="10800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3D4839F1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HOT CUP </w:t>
            </w:r>
            <w:proofErr w:type="gramStart"/>
            <w:r>
              <w:rPr>
                <w:b/>
                <w:color w:val="079A9A"/>
                <w:sz w:val="18"/>
              </w:rPr>
              <w:t>LIDS</w:t>
            </w:r>
            <w:r>
              <w:rPr>
                <w:i/>
                <w:color w:val="66737C"/>
                <w:sz w:val="12"/>
              </w:rPr>
              <w:t xml:space="preserve">  </w:t>
            </w:r>
            <w:proofErr w:type="spellStart"/>
            <w:r>
              <w:rPr>
                <w:i/>
                <w:color w:val="66737C"/>
                <w:sz w:val="12"/>
              </w:rPr>
              <w:t>Lids</w:t>
            </w:r>
            <w:proofErr w:type="spellEnd"/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6AB8D7DB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6F4AE8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3D8413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A4AC27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112D66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5802C0A3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3DD89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Standard Hot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FAB894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10–24 oz. • Plastic — color not stated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2BF246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9E3ECD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C99DC02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CA50BB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Dome Hot Cup Lid — Black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2BEADB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10–24 oz. • Plastic, Black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1C121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7EEBB7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2D9735A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599F93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Dome Hot Cup Lid — White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EFB821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10–24 oz. • Plastic, White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1B95EA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71FBE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1B2B4ADE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3384"/>
        <w:gridCol w:w="1613"/>
        <w:gridCol w:w="1267"/>
      </w:tblGrid>
      <w:tr w:rsidR="0083009F" w14:paraId="521C224A" w14:textId="77777777">
        <w:trPr>
          <w:cantSplit/>
          <w:jc w:val="center"/>
        </w:trPr>
        <w:tc>
          <w:tcPr>
            <w:tcW w:w="10800" w:type="dxa"/>
            <w:gridSpan w:val="4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6E3F432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lastRenderedPageBreak/>
              <w:t>PORTION CUPS &amp; LIDS</w:t>
            </w:r>
            <w:r>
              <w:br/>
            </w:r>
            <w:r>
              <w:rPr>
                <w:color w:val="66737C"/>
                <w:sz w:val="13"/>
              </w:rPr>
              <w:t>Clear portion cups and matching lids</w:t>
            </w:r>
          </w:p>
        </w:tc>
      </w:tr>
      <w:tr w:rsidR="0083009F" w14:paraId="1F2684CA" w14:textId="77777777">
        <w:trPr>
          <w:cantSplit/>
          <w:jc w:val="center"/>
        </w:trPr>
        <w:tc>
          <w:tcPr>
            <w:tcW w:w="10800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1C5C61F4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PORTION </w:t>
            </w:r>
            <w:proofErr w:type="gramStart"/>
            <w:r>
              <w:rPr>
                <w:b/>
                <w:color w:val="079A9A"/>
                <w:sz w:val="18"/>
              </w:rPr>
              <w:t>CUPS</w:t>
            </w:r>
            <w:r>
              <w:rPr>
                <w:i/>
                <w:color w:val="66737C"/>
                <w:sz w:val="12"/>
              </w:rPr>
              <w:t xml:space="preserve">  Lids</w:t>
            </w:r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36CA5432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3C1073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F3F581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C228B1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440034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4CA1C371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B0CCBB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1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F1201A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1694463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71539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E83E5DE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4D3A73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2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Black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6C372D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318F42D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F5C2F0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6B41E07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1671C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2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918C4E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64790C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28B57C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E535727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6F0C21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3.25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D53CEF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Material not confirmed • Confirm lid fit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338B4C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17CDDB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16E339A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E43558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 xml:space="preserve">4 </w:t>
            </w:r>
            <w:proofErr w:type="gramStart"/>
            <w:r>
              <w:rPr>
                <w:b/>
                <w:color w:val="06366B"/>
                <w:sz w:val="14"/>
              </w:rPr>
              <w:t>oz. —</w:t>
            </w:r>
            <w:proofErr w:type="gramEnd"/>
            <w:r>
              <w:rPr>
                <w:b/>
                <w:color w:val="06366B"/>
                <w:sz w:val="14"/>
              </w:rPr>
              <w:t xml:space="preserve"> Clear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835C8BB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26284D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cups/case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88F6DA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0A501F4" w14:textId="77777777">
        <w:trPr>
          <w:cantSplit/>
          <w:jc w:val="center"/>
        </w:trPr>
        <w:tc>
          <w:tcPr>
            <w:tcW w:w="10800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1BBE5A90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PORTION CUP </w:t>
            </w:r>
            <w:proofErr w:type="gramStart"/>
            <w:r>
              <w:rPr>
                <w:b/>
                <w:color w:val="079A9A"/>
                <w:sz w:val="18"/>
              </w:rPr>
              <w:t>LIDS</w:t>
            </w:r>
            <w:r>
              <w:rPr>
                <w:i/>
                <w:color w:val="66737C"/>
                <w:sz w:val="12"/>
              </w:rPr>
              <w:t xml:space="preserve">  </w:t>
            </w:r>
            <w:proofErr w:type="spellStart"/>
            <w:r>
              <w:rPr>
                <w:i/>
                <w:color w:val="66737C"/>
                <w:sz w:val="12"/>
              </w:rPr>
              <w:t>Lids</w:t>
            </w:r>
            <w:proofErr w:type="spellEnd"/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35AA5A05" w14:textId="77777777">
        <w:trPr>
          <w:cantSplit/>
          <w:jc w:val="center"/>
        </w:trPr>
        <w:tc>
          <w:tcPr>
            <w:tcW w:w="453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548DDF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777E4A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D8AF28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6869FB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28952807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34C352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Portion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A0E47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06AE49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FCFF92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F90FB05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2D617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Portion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1020D8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6CD6CC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1D2D06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EFF629B" w14:textId="77777777">
        <w:trPr>
          <w:cantSplit/>
          <w:trHeight w:val="360"/>
          <w:jc w:val="center"/>
        </w:trPr>
        <w:tc>
          <w:tcPr>
            <w:tcW w:w="4536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7FACA3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Portion Cup Lid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B2D03F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4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Material not confirmed • Lid sold separately</w:t>
            </w:r>
          </w:p>
        </w:tc>
        <w:tc>
          <w:tcPr>
            <w:tcW w:w="1613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8FED07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2,500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290FB2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46769592" w14:textId="77777777" w:rsidR="0083009F" w:rsidRDefault="0083009F">
      <w:pPr>
        <w:spacing w:after="80" w:line="120" w:lineRule="auto"/>
      </w:pP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06178FD7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4E54E3E5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A4D8B75" wp14:editId="3BEBF01B">
                  <wp:extent cx="1627632" cy="47020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s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9B7AA93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PLATES &amp; BOWLS</w:t>
            </w:r>
            <w:r>
              <w:br/>
            </w:r>
            <w:r>
              <w:rPr>
                <w:color w:val="66737C"/>
                <w:sz w:val="13"/>
              </w:rPr>
              <w:t>Plastic and sugarcane plates, bowls, and bowl lids</w:t>
            </w:r>
          </w:p>
        </w:tc>
      </w:tr>
      <w:tr w:rsidR="0083009F" w14:paraId="0A10B74C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50F5D4B1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PLASTIC PLATES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D5CE0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65670529" wp14:editId="3C3DEF6E">
                  <wp:extent cx="868680" cy="250952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es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4BF67D4B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E54A1B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FCE03A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D6E0D9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20BDBA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06E1968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31882D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Plastic Plate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9420FB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7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Plastic,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661085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plates/case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389C1E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B240A2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757EB58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Plastic Plate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2EC5AF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9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Plastic,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069D6C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400 plates/case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76224A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$35.99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8FCA719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60A5856E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SUGARCANE PLATES</w:t>
            </w:r>
          </w:p>
        </w:tc>
      </w:tr>
      <w:tr w:rsidR="0083009F" w14:paraId="07AFF86B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FA357A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865846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994E66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058548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5D5F5EA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D9E30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Sugarcane Plate</w:t>
            </w:r>
            <w:r>
              <w:br/>
            </w:r>
            <w:r>
              <w:rPr>
                <w:color w:val="66737C"/>
                <w:sz w:val="10"/>
              </w:rPr>
              <w:t>WC RP06W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5E792A8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6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FF20E53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plates/case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1C511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$32.50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A6B695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EC0211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Oval Sugarcane Plate</w:t>
            </w:r>
            <w:r>
              <w:br/>
            </w:r>
            <w:r>
              <w:rPr>
                <w:color w:val="66737C"/>
                <w:sz w:val="10"/>
              </w:rPr>
              <w:t>WC RP7510W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BC1333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7.5 × 10 in. •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DD674A2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plates/case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4558C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F1796C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5B4038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Sugarcane Plate</w:t>
            </w:r>
            <w:r>
              <w:br/>
            </w:r>
            <w:r>
              <w:rPr>
                <w:color w:val="66737C"/>
                <w:sz w:val="10"/>
              </w:rPr>
              <w:t>WC RP09W-3C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5F8D16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9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White • 3 compartments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586111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plates/case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34A93D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$38.99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866B51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00E03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Sugarcane Plate</w:t>
            </w:r>
            <w:r>
              <w:br/>
            </w:r>
            <w:r>
              <w:rPr>
                <w:color w:val="66737C"/>
                <w:sz w:val="10"/>
              </w:rPr>
              <w:t>WC RP10W-3C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7A631C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10 </w:t>
            </w:r>
            <w:proofErr w:type="gramStart"/>
            <w:r>
              <w:rPr>
                <w:color w:val="1F2D38"/>
                <w:sz w:val="13"/>
              </w:rPr>
              <w:t>in. •</w:t>
            </w:r>
            <w:proofErr w:type="gramEnd"/>
            <w:r>
              <w:rPr>
                <w:color w:val="1F2D38"/>
                <w:sz w:val="13"/>
              </w:rPr>
              <w:t xml:space="preserve"> White • 3 compartments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DCFDDE1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500 plates/case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A7FEAF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$49.99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7B4BCE5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773F0521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SUGARCANE </w:t>
            </w:r>
            <w:proofErr w:type="gramStart"/>
            <w:r>
              <w:rPr>
                <w:b/>
                <w:color w:val="079A9A"/>
                <w:sz w:val="18"/>
              </w:rPr>
              <w:t>BOWLS</w:t>
            </w:r>
            <w:r>
              <w:rPr>
                <w:i/>
                <w:color w:val="66737C"/>
                <w:sz w:val="12"/>
              </w:rPr>
              <w:t xml:space="preserve">  Dome</w:t>
            </w:r>
            <w:proofErr w:type="gramEnd"/>
            <w:r>
              <w:rPr>
                <w:i/>
                <w:color w:val="66737C"/>
                <w:sz w:val="12"/>
              </w:rPr>
              <w:t xml:space="preserve"> lids sold separately</w:t>
            </w:r>
          </w:p>
        </w:tc>
      </w:tr>
      <w:tr w:rsidR="0083009F" w14:paraId="3CFD3C53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BBF8B6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E541C6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BD26C9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29BC5B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67C3D1C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A000821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Sugarcane Bowl</w:t>
            </w:r>
            <w:r>
              <w:br/>
            </w:r>
            <w:r>
              <w:rPr>
                <w:color w:val="66737C"/>
                <w:sz w:val="10"/>
              </w:rPr>
              <w:t>WC BB24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E44BAD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24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Natural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DC1D188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400 bowls/case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90240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$51.50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1CB1DC0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E547F7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Round Sugarcane Bowl</w:t>
            </w:r>
            <w:r>
              <w:br/>
            </w:r>
            <w:r>
              <w:rPr>
                <w:color w:val="66737C"/>
                <w:sz w:val="10"/>
              </w:rPr>
              <w:t>WC BB32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AAB17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32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Natural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1676678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400 bowls/case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6D2D89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43DF75D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284117E2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 xml:space="preserve">SUGARCANE BOWL </w:t>
            </w:r>
            <w:proofErr w:type="gramStart"/>
            <w:r>
              <w:rPr>
                <w:b/>
                <w:color w:val="079A9A"/>
                <w:sz w:val="18"/>
              </w:rPr>
              <w:t>LIDS</w:t>
            </w:r>
            <w:r>
              <w:rPr>
                <w:i/>
                <w:color w:val="66737C"/>
                <w:sz w:val="12"/>
              </w:rPr>
              <w:t xml:space="preserve">  </w:t>
            </w:r>
            <w:proofErr w:type="spellStart"/>
            <w:r>
              <w:rPr>
                <w:i/>
                <w:color w:val="66737C"/>
                <w:sz w:val="12"/>
              </w:rPr>
              <w:t>Lids</w:t>
            </w:r>
            <w:proofErr w:type="spellEnd"/>
            <w:proofErr w:type="gramEnd"/>
            <w:r>
              <w:rPr>
                <w:i/>
                <w:color w:val="66737C"/>
                <w:sz w:val="12"/>
              </w:rPr>
              <w:t xml:space="preserve"> sold separately</w:t>
            </w:r>
          </w:p>
        </w:tc>
      </w:tr>
      <w:tr w:rsidR="0083009F" w14:paraId="3E8A4CA0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847A8D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024215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51F97B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80B24A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5AC2235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AAA58C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PET Dome Lid for Sugarcane Bowl</w:t>
            </w:r>
            <w:r>
              <w:br/>
            </w:r>
            <w:r>
              <w:rPr>
                <w:color w:val="66737C"/>
                <w:sz w:val="10"/>
              </w:rPr>
              <w:t>WC BBDL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41DF05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 xml:space="preserve">24/32/40 </w:t>
            </w:r>
            <w:proofErr w:type="gramStart"/>
            <w:r>
              <w:rPr>
                <w:color w:val="1F2D38"/>
                <w:sz w:val="13"/>
              </w:rPr>
              <w:t>oz. •</w:t>
            </w:r>
            <w:proofErr w:type="gramEnd"/>
            <w:r>
              <w:rPr>
                <w:color w:val="1F2D38"/>
                <w:sz w:val="13"/>
              </w:rPr>
              <w:t xml:space="preserve"> Clear • Lid sold separately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B9B0098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400 lids/case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47294C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$60.99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64D23E95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2F713750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70B7B7A3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F171A44" wp14:editId="24576B3C">
                  <wp:extent cx="1627632" cy="47020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tlery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30CDC6E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CUTLERY &amp; CUTLERY KITS</w:t>
            </w:r>
            <w:r>
              <w:br/>
            </w:r>
            <w:r>
              <w:rPr>
                <w:color w:val="66737C"/>
                <w:sz w:val="13"/>
              </w:rPr>
              <w:t>Black and white heavy-weight cutlery</w:t>
            </w:r>
          </w:p>
        </w:tc>
      </w:tr>
      <w:tr w:rsidR="0083009F" w14:paraId="4906D037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2563B941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BLACK HEAVY-WEIGHT CUTLERY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6A722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48B9B00B" wp14:editId="16A36845">
                  <wp:extent cx="868680" cy="250952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tlery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344172A8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56EBA6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3F1D4E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F80EFA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07644F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3B3F1A8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DD85B3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Fork — Bulk</w:t>
            </w:r>
            <w:r>
              <w:br/>
            </w:r>
            <w:r>
              <w:rPr>
                <w:color w:val="66737C"/>
                <w:sz w:val="10"/>
              </w:rPr>
              <w:t>WC FK305BK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030321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3FD449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63C1D5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D373235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EE896A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Fork — Individually Wrapped</w:t>
            </w:r>
            <w:r>
              <w:br/>
            </w:r>
            <w:r>
              <w:rPr>
                <w:color w:val="66737C"/>
                <w:sz w:val="10"/>
              </w:rPr>
              <w:t>WC FK405BK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BE8BC65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9030D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8AF03F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2CEA4F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98DE62F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Knife — Bulk</w:t>
            </w:r>
            <w:r>
              <w:br/>
            </w:r>
            <w:r>
              <w:rPr>
                <w:color w:val="66737C"/>
                <w:sz w:val="10"/>
              </w:rPr>
              <w:t>WC KE305BK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3C4652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068647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FE36CB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199657F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C9A59C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Knife — Individually Wrapped</w:t>
            </w:r>
            <w:r>
              <w:br/>
            </w:r>
            <w:r>
              <w:rPr>
                <w:color w:val="66737C"/>
                <w:sz w:val="10"/>
              </w:rPr>
              <w:t>WC KE405BK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873629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D9B15C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19F269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15F711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4D79AC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Soup Spoon — Bulk</w:t>
            </w:r>
            <w:r>
              <w:br/>
            </w:r>
            <w:r>
              <w:rPr>
                <w:color w:val="66737C"/>
                <w:sz w:val="10"/>
              </w:rPr>
              <w:t>WC SP305BK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E59451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1BD69A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A8B699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247BA63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58377D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Soup Spoon — Individually Wrapped</w:t>
            </w:r>
            <w:r>
              <w:br/>
            </w:r>
            <w:r>
              <w:rPr>
                <w:color w:val="66737C"/>
                <w:sz w:val="10"/>
              </w:rPr>
              <w:t>WC SP405BK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9A761C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3B1F0C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C6DFB2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55AB82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4C657E8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Teaspoon — Bulk</w:t>
            </w:r>
            <w:r>
              <w:br/>
            </w:r>
            <w:r>
              <w:rPr>
                <w:color w:val="66737C"/>
                <w:sz w:val="10"/>
              </w:rPr>
              <w:t>WC TP305BK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827478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5EF131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FBCB43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95B321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456F0D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Black Teaspoon — Individually Wrapped</w:t>
            </w:r>
            <w:r>
              <w:br/>
            </w:r>
            <w:r>
              <w:rPr>
                <w:color w:val="66737C"/>
                <w:sz w:val="10"/>
              </w:rPr>
              <w:t>WC TP405BK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662C8B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6BBE9E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20A1F2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9DFC699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0A9DFC2B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WHITE HEAVY-WEIGHT CUTLERY</w:t>
            </w:r>
          </w:p>
        </w:tc>
      </w:tr>
      <w:tr w:rsidR="0083009F" w14:paraId="0A24474D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8D2D8A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BCDC51F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010234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626660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73562A6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CD01DAC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Fork — Bulk</w:t>
            </w:r>
            <w:r>
              <w:br/>
            </w:r>
            <w:r>
              <w:rPr>
                <w:color w:val="66737C"/>
                <w:sz w:val="10"/>
              </w:rPr>
              <w:t>WC FK305W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70F28D1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9DBFAE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DCF4350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0621F8A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BA4AEAB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Fork — Individually Wrapped</w:t>
            </w:r>
            <w:r>
              <w:br/>
            </w:r>
            <w:r>
              <w:rPr>
                <w:color w:val="66737C"/>
                <w:sz w:val="10"/>
              </w:rPr>
              <w:t>WC FK405W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CDB176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91DBF73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54698D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DDBA00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60A3C9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Knife — Bulk</w:t>
            </w:r>
            <w:r>
              <w:br/>
            </w:r>
            <w:r>
              <w:rPr>
                <w:color w:val="66737C"/>
                <w:sz w:val="10"/>
              </w:rPr>
              <w:t>WC KE305W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97827C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19A78F3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E1EC79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7121CB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D96306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Knife — Individually Wrapped</w:t>
            </w:r>
            <w:r>
              <w:br/>
            </w:r>
            <w:r>
              <w:rPr>
                <w:color w:val="66737C"/>
                <w:sz w:val="10"/>
              </w:rPr>
              <w:t>WC KE405W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5CB20A0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CAF921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684287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$22.99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9DD08B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CE4D2D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Soup Spoon — Bulk</w:t>
            </w:r>
            <w:r>
              <w:br/>
            </w:r>
            <w:r>
              <w:rPr>
                <w:color w:val="66737C"/>
                <w:sz w:val="10"/>
              </w:rPr>
              <w:t>WC SP305W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178DEE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50B9C9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982CC1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692B4A1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FA342D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Soup Spoon — Individually Wrapped</w:t>
            </w:r>
            <w:r>
              <w:br/>
            </w:r>
            <w:r>
              <w:rPr>
                <w:color w:val="66737C"/>
                <w:sz w:val="10"/>
              </w:rPr>
              <w:t>WC SP405W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54747E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9F66E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03B860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06DB8CE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52873C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Teaspoon — Bulk</w:t>
            </w:r>
            <w:r>
              <w:br/>
            </w:r>
            <w:r>
              <w:rPr>
                <w:color w:val="66737C"/>
                <w:sz w:val="10"/>
              </w:rPr>
              <w:t>WC TP305W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BEDA934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780ED8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264D3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4EDDB3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C57B81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White Teaspoon — Individually Wrapped</w:t>
            </w:r>
            <w:r>
              <w:br/>
            </w:r>
            <w:r>
              <w:rPr>
                <w:color w:val="66737C"/>
                <w:sz w:val="10"/>
              </w:rPr>
              <w:t>WC TP405W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C3E0A9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3285011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C946B8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14004179" w14:textId="77777777" w:rsidR="0083009F" w:rsidRDefault="00000000">
      <w:r>
        <w:br w:type="page"/>
      </w:r>
    </w:p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3384"/>
        <w:gridCol w:w="1224"/>
        <w:gridCol w:w="389"/>
        <w:gridCol w:w="1267"/>
      </w:tblGrid>
      <w:tr w:rsidR="0083009F" w14:paraId="62DC3036" w14:textId="77777777">
        <w:trPr>
          <w:cantSplit/>
          <w:jc w:val="center"/>
        </w:trPr>
        <w:tc>
          <w:tcPr>
            <w:tcW w:w="3096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FFFFFF"/>
            <w:tcMar>
              <w:top w:w="15" w:type="dxa"/>
              <w:left w:w="20" w:type="dxa"/>
              <w:bottom w:w="15" w:type="dxa"/>
              <w:right w:w="20" w:type="dxa"/>
            </w:tcMar>
          </w:tcPr>
          <w:p w14:paraId="68DC8D08" w14:textId="77777777" w:rsidR="0083009F" w:rsidRDefault="00000000">
            <w:pPr>
              <w:spacing w:after="0"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5E3E37B" wp14:editId="629A92F0">
                  <wp:extent cx="1627632" cy="47020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tlery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4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4" w:type="dxa"/>
            <w:gridSpan w:val="5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01B5015" w14:textId="77777777" w:rsidR="0083009F" w:rsidRDefault="00000000">
            <w:pPr>
              <w:spacing w:after="0" w:line="240" w:lineRule="auto"/>
            </w:pPr>
            <w:r>
              <w:rPr>
                <w:b/>
                <w:color w:val="06366B"/>
                <w:sz w:val="26"/>
              </w:rPr>
              <w:t>CUTLERY &amp; CUTLERY KITS</w:t>
            </w:r>
            <w:r>
              <w:br/>
            </w:r>
            <w:r>
              <w:rPr>
                <w:color w:val="66737C"/>
                <w:sz w:val="13"/>
              </w:rPr>
              <w:t>Medium-weight and clear cutlery with packaged utensil kits</w:t>
            </w:r>
          </w:p>
        </w:tc>
      </w:tr>
      <w:tr w:rsidR="0083009F" w14:paraId="31BC318E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343267C0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MEDIUM-WEIGHT WHITE CUTLERY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30C51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5F03F64D" wp14:editId="360CBE24">
                  <wp:extent cx="868680" cy="25095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tlery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46CA048B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BC5DBE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0929D3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3A60E7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485A9A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7FB12E78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1D2E0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Fork — Bulk</w:t>
            </w:r>
            <w:r>
              <w:br/>
            </w:r>
            <w:r>
              <w:rPr>
                <w:color w:val="66737C"/>
                <w:sz w:val="10"/>
              </w:rPr>
              <w:t>WC FK10W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D7B7AB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5208756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BF4F6E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FD0AA38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B50AC1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Fork — Individually Wrapped</w:t>
            </w:r>
            <w:r>
              <w:br/>
            </w:r>
            <w:r>
              <w:rPr>
                <w:color w:val="66737C"/>
                <w:sz w:val="10"/>
              </w:rPr>
              <w:t>WC FK20W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0E73AA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1C3323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86AAF36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8863A2A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31F0CF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Knife — Bulk</w:t>
            </w:r>
            <w:r>
              <w:br/>
            </w:r>
            <w:r>
              <w:rPr>
                <w:color w:val="66737C"/>
                <w:sz w:val="10"/>
              </w:rPr>
              <w:t>WC KN10W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94266A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3682014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CA38732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FC03920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725584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Knife — Individually Wrapped</w:t>
            </w:r>
            <w:r>
              <w:br/>
            </w:r>
            <w:r>
              <w:rPr>
                <w:color w:val="66737C"/>
                <w:sz w:val="10"/>
              </w:rPr>
              <w:t>WC KE20W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D47975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E8513F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25C734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$16.99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7F6042B2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C5C4688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Soup Spoon — Bulk</w:t>
            </w:r>
            <w:r>
              <w:br/>
            </w:r>
            <w:r>
              <w:rPr>
                <w:color w:val="66737C"/>
                <w:sz w:val="10"/>
              </w:rPr>
              <w:t>WC SP10W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B0ABB4D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5C06864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71A1FE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11CFF18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AEB941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Soup Spoon — Individually Wrapped</w:t>
            </w:r>
            <w:r>
              <w:br/>
            </w:r>
            <w:r>
              <w:rPr>
                <w:color w:val="66737C"/>
                <w:sz w:val="10"/>
              </w:rPr>
              <w:t>WC SP20W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A9BF05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B5F50B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2A7FE3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$16.99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4DAD609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1726DD6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Teaspoon — Bulk</w:t>
            </w:r>
            <w:r>
              <w:br/>
            </w:r>
            <w:r>
              <w:rPr>
                <w:color w:val="66737C"/>
                <w:sz w:val="10"/>
              </w:rPr>
              <w:t>WC TP10W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DEC8CB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6E06BB5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A90BCF1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$8.99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020875EA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F603291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White Teaspoon — Individually Wrapped</w:t>
            </w:r>
            <w:r>
              <w:br/>
            </w:r>
            <w:r>
              <w:rPr>
                <w:color w:val="66737C"/>
                <w:sz w:val="10"/>
              </w:rPr>
              <w:t>WC TP20W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809BB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E3DBA1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86DA96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$14.99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5B30AEB" w14:textId="77777777">
        <w:trPr>
          <w:cantSplit/>
          <w:jc w:val="center"/>
        </w:trPr>
        <w:tc>
          <w:tcPr>
            <w:tcW w:w="10800" w:type="dxa"/>
            <w:gridSpan w:val="6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19A04CE7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CLEAR HEAVY-WEIGHT CUTLERY</w:t>
            </w:r>
          </w:p>
        </w:tc>
      </w:tr>
      <w:tr w:rsidR="0083009F" w14:paraId="5A4606CC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0B6B16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BC0F36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44632E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41B66D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320A5ABC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B7FAA2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Clear Fork — Bulk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BAEB50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Heavy-weight, Clear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8632C0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1,000 pieces/case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F9DC139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$23.99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F90DA4E" w14:textId="77777777">
        <w:trPr>
          <w:cantSplit/>
          <w:jc w:val="center"/>
        </w:trPr>
        <w:tc>
          <w:tcPr>
            <w:tcW w:w="9144" w:type="dxa"/>
            <w:gridSpan w:val="4"/>
            <w:tcBorders>
              <w:bottom w:val="single" w:sz="6" w:space="0" w:color="F58220"/>
            </w:tcBorders>
            <w:shd w:val="clear" w:color="auto" w:fill="FFFFFF"/>
            <w:tcMar>
              <w:top w:w="35" w:type="dxa"/>
              <w:left w:w="20" w:type="dxa"/>
              <w:bottom w:w="25" w:type="dxa"/>
              <w:right w:w="20" w:type="dxa"/>
            </w:tcMar>
          </w:tcPr>
          <w:p w14:paraId="5247AC85" w14:textId="77777777" w:rsidR="0083009F" w:rsidRDefault="00000000">
            <w:pPr>
              <w:keepNext/>
              <w:spacing w:after="0" w:line="240" w:lineRule="auto"/>
            </w:pPr>
            <w:r>
              <w:rPr>
                <w:b/>
                <w:color w:val="079A9A"/>
                <w:sz w:val="18"/>
              </w:rPr>
              <w:t>CUTLERY KITS</w:t>
            </w:r>
          </w:p>
        </w:tc>
        <w:tc>
          <w:tcPr>
            <w:tcW w:w="1656" w:type="dxa"/>
            <w:gridSpan w:val="2"/>
            <w:tcBorders>
              <w:bottom w:val="single" w:sz="6" w:space="0" w:color="F5822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25C6F" w14:textId="77777777" w:rsidR="0083009F" w:rsidRDefault="00000000">
            <w:pPr>
              <w:spacing w:after="0" w:line="240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1E74093" wp14:editId="3FA5048B">
                  <wp:extent cx="868680" cy="250952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ts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25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09F" w14:paraId="75A77932" w14:textId="77777777">
        <w:trPr>
          <w:cantSplit/>
          <w:jc w:val="center"/>
        </w:trPr>
        <w:tc>
          <w:tcPr>
            <w:tcW w:w="4536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3139CD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ITEM / VARIATION</w:t>
            </w:r>
          </w:p>
        </w:tc>
        <w:tc>
          <w:tcPr>
            <w:tcW w:w="3384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275521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DETAILS</w:t>
            </w:r>
          </w:p>
        </w:tc>
        <w:tc>
          <w:tcPr>
            <w:tcW w:w="1613" w:type="dxa"/>
            <w:gridSpan w:val="2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9DA9EE8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CASE PACK</w:t>
            </w:r>
          </w:p>
        </w:tc>
        <w:tc>
          <w:tcPr>
            <w:tcW w:w="1267" w:type="dxa"/>
            <w:tcBorders>
              <w:top w:val="single" w:sz="4" w:space="0" w:color="079A9A"/>
              <w:left w:val="single" w:sz="4" w:space="0" w:color="079A9A"/>
              <w:bottom w:val="single" w:sz="4" w:space="0" w:color="079A9A"/>
              <w:right w:val="single" w:sz="4" w:space="0" w:color="079A9A"/>
            </w:tcBorders>
            <w:shd w:val="clear" w:color="auto" w:fill="EAF5F5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30F1BBB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  <w:sz w:val="12"/>
              </w:rPr>
              <w:t>PRICE</w:t>
            </w:r>
          </w:p>
        </w:tc>
      </w:tr>
      <w:tr w:rsidR="0083009F" w14:paraId="3D6D7A74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4E1701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PP Fork &amp; Knife Salt &amp; Pepper, 1-ply 8 × 10 in. napkin — Black</w:t>
            </w:r>
            <w:r>
              <w:br/>
            </w:r>
            <w:r>
              <w:rPr>
                <w:color w:val="66737C"/>
                <w:sz w:val="10"/>
              </w:rPr>
              <w:t>WC 5KHPBK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7954B83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57ECCC9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C831FF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3DDE897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BFF916E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PP Fork, Knife &amp; Teaspoon, 1-ply 8 × 10 in. napkin — Black</w:t>
            </w:r>
            <w:r>
              <w:br/>
            </w:r>
            <w:r>
              <w:rPr>
                <w:color w:val="66737C"/>
                <w:sz w:val="10"/>
              </w:rPr>
              <w:t>WC 4KHPBK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67AE1E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395CE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AAE82D5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42DAFC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330C01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PP Fork, Knife &amp; Teaspoon, Salt &amp; Pepper, 1-ply 8 × 10 in. napkin — Black</w:t>
            </w:r>
            <w:r>
              <w:br/>
            </w:r>
            <w:r>
              <w:rPr>
                <w:color w:val="66737C"/>
                <w:sz w:val="10"/>
              </w:rPr>
              <w:t>WC 6KHPBK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0455CD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Black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0085A77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B8338FA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6745B7D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7BD9645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PP Fork &amp; Knife Salt &amp; Pepper, 1-ply 8 × 10 in. napkin — White</w:t>
            </w:r>
            <w:r>
              <w:br/>
            </w:r>
            <w:r>
              <w:rPr>
                <w:color w:val="66737C"/>
                <w:sz w:val="10"/>
              </w:rPr>
              <w:t>WC 5KHPW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F3AD69E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F48477C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2EB42F4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791F21A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8E6A3E0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PP Fork, Knife &amp; Teaspoon, 1-ply 8 × 10 in. napkin — White</w:t>
            </w:r>
            <w:r>
              <w:br/>
            </w:r>
            <w:r>
              <w:rPr>
                <w:color w:val="66737C"/>
                <w:sz w:val="10"/>
              </w:rPr>
              <w:t>WC 4KHPW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299D92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E8EB1AB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342DFD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63BA696B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501B5BA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Heavy-Weight PP Fork, Knife &amp; Teaspoon, Salt &amp; Pepper, 1-ply 8 × 10 in. napkin — White</w:t>
            </w:r>
            <w:r>
              <w:br/>
            </w:r>
            <w:r>
              <w:rPr>
                <w:color w:val="66737C"/>
                <w:sz w:val="10"/>
              </w:rPr>
              <w:t>WC 6KHPW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A551B8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Heavy-weight,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4A3D060A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221D93C3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$21.99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27A8BA8A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6B15F3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PP Fork, Knife &amp; Napkin, Salt &amp; Pepper — White</w:t>
            </w:r>
            <w:r>
              <w:br/>
            </w:r>
            <w:r>
              <w:rPr>
                <w:color w:val="66737C"/>
                <w:sz w:val="10"/>
              </w:rPr>
              <w:t>WC 5KMW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435CA39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E9B9000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50F0242D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$19.99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576615C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F08F662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PP Fork, Knife &amp; Soup Spoon, 1-ply 8 × 10 in. napkin — White</w:t>
            </w:r>
            <w:r>
              <w:br/>
            </w:r>
            <w:r>
              <w:rPr>
                <w:color w:val="66737C"/>
                <w:sz w:val="10"/>
              </w:rPr>
              <w:t>WC 4K-500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65E0D48F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D474C4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350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6FAFB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33477527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  <w:tr w:rsidR="0083009F" w14:paraId="397302C9" w14:textId="77777777">
        <w:trPr>
          <w:cantSplit/>
          <w:trHeight w:val="360"/>
          <w:jc w:val="center"/>
        </w:trPr>
        <w:tc>
          <w:tcPr>
            <w:tcW w:w="4536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25E97D7" w14:textId="77777777" w:rsidR="0083009F" w:rsidRDefault="00000000">
            <w:pPr>
              <w:spacing w:after="0" w:line="211" w:lineRule="auto"/>
            </w:pPr>
            <w:r>
              <w:rPr>
                <w:b/>
                <w:color w:val="06366B"/>
                <w:sz w:val="14"/>
              </w:rPr>
              <w:t>Medium-Weight PP Fork, Knife &amp; Teaspoon, Salt &amp; Pepper, 1-ply 8 × 10 in. napkin — White</w:t>
            </w:r>
            <w:r>
              <w:br/>
            </w:r>
            <w:r>
              <w:rPr>
                <w:color w:val="66737C"/>
                <w:sz w:val="10"/>
              </w:rPr>
              <w:t>WC 6KMW</w:t>
            </w:r>
          </w:p>
        </w:tc>
        <w:tc>
          <w:tcPr>
            <w:tcW w:w="3384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01F3C217" w14:textId="77777777" w:rsidR="0083009F" w:rsidRDefault="00000000">
            <w:pPr>
              <w:spacing w:after="0" w:line="211" w:lineRule="auto"/>
            </w:pPr>
            <w:r>
              <w:rPr>
                <w:color w:val="1F2D38"/>
                <w:sz w:val="13"/>
              </w:rPr>
              <w:t>PP, Medium-weight, White</w:t>
            </w:r>
          </w:p>
        </w:tc>
        <w:tc>
          <w:tcPr>
            <w:tcW w:w="1613" w:type="dxa"/>
            <w:gridSpan w:val="2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7F699B8F" w14:textId="77777777" w:rsidR="0083009F" w:rsidRDefault="00000000">
            <w:pPr>
              <w:spacing w:after="0" w:line="206" w:lineRule="auto"/>
              <w:jc w:val="center"/>
            </w:pPr>
            <w:r>
              <w:rPr>
                <w:b/>
                <w:color w:val="1F2D38"/>
                <w:sz w:val="12"/>
              </w:rPr>
              <w:t>250 kits/case</w:t>
            </w:r>
          </w:p>
        </w:tc>
        <w:tc>
          <w:tcPr>
            <w:tcW w:w="1267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FFFFF"/>
            <w:tcMar>
              <w:top w:w="28" w:type="dxa"/>
              <w:left w:w="45" w:type="dxa"/>
              <w:bottom w:w="26" w:type="dxa"/>
              <w:right w:w="45" w:type="dxa"/>
            </w:tcMar>
            <w:vAlign w:val="center"/>
          </w:tcPr>
          <w:p w14:paraId="1181BE6C" w14:textId="77777777" w:rsidR="0083009F" w:rsidRDefault="00000000">
            <w:pPr>
              <w:spacing w:after="0" w:line="240" w:lineRule="auto"/>
              <w:jc w:val="center"/>
            </w:pPr>
            <w:r>
              <w:rPr>
                <w:b/>
                <w:color w:val="06366B"/>
              </w:rPr>
              <w:t>$17.99</w:t>
            </w:r>
            <w:r>
              <w:br/>
            </w:r>
            <w:r>
              <w:rPr>
                <w:color w:val="66737C"/>
                <w:sz w:val="10"/>
              </w:rPr>
              <w:t>Per Case</w:t>
            </w:r>
          </w:p>
        </w:tc>
      </w:tr>
    </w:tbl>
    <w:p w14:paraId="0C3EB2CA" w14:textId="77777777" w:rsidR="0083009F" w:rsidRDefault="00000000">
      <w:pPr>
        <w:spacing w:before="120" w:after="40" w:line="240" w:lineRule="auto"/>
        <w:jc w:val="center"/>
      </w:pPr>
      <w:r>
        <w:rPr>
          <w:b/>
          <w:color w:val="06366B"/>
          <w:sz w:val="22"/>
        </w:rPr>
        <w:t>READY TO PLACE AN ORDER?</w:t>
      </w:r>
    </w:p>
    <w:p w14:paraId="5C5D93B9" w14:textId="77777777" w:rsidR="0083009F" w:rsidRDefault="00000000">
      <w:pPr>
        <w:spacing w:after="60" w:line="240" w:lineRule="auto"/>
        <w:jc w:val="center"/>
      </w:pPr>
      <w:r>
        <w:rPr>
          <w:color w:val="1F2D38"/>
          <w:sz w:val="15"/>
        </w:rPr>
        <w:t>Call 757-330-2303 or email coastalpapersupply1971@gmail.com for availability, quotes, and delivery scheduling.</w:t>
      </w:r>
    </w:p>
    <w:p w14:paraId="0CF8FDB9" w14:textId="6BAC1347" w:rsidR="0083009F" w:rsidRDefault="00000000">
      <w:pPr>
        <w:spacing w:after="0" w:line="240" w:lineRule="auto"/>
        <w:jc w:val="center"/>
      </w:pPr>
      <w:r>
        <w:rPr>
          <w:b/>
          <w:color w:val="F58220"/>
          <w:sz w:val="17"/>
        </w:rPr>
        <w:t>FREE SHIPPING • HAMPTON ROADS SERVICE AREA</w:t>
      </w:r>
    </w:p>
    <w:sectPr w:rsidR="0083009F" w:rsidSect="00034616">
      <w:headerReference w:type="default" r:id="rId22"/>
      <w:footerReference w:type="default" r:id="rId23"/>
      <w:pgSz w:w="12240" w:h="15840"/>
      <w:pgMar w:top="490" w:right="605" w:bottom="806" w:left="605" w:header="72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8243" w14:textId="77777777" w:rsidR="00460AA2" w:rsidRDefault="00460AA2">
      <w:pPr>
        <w:spacing w:after="0" w:line="240" w:lineRule="auto"/>
      </w:pPr>
      <w:r>
        <w:separator/>
      </w:r>
    </w:p>
  </w:endnote>
  <w:endnote w:type="continuationSeparator" w:id="0">
    <w:p w14:paraId="662A5935" w14:textId="77777777" w:rsidR="00460AA2" w:rsidRDefault="00460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E5F50" w14:textId="77777777" w:rsidR="0083009F" w:rsidRDefault="0083009F">
    <w:pPr>
      <w:pStyle w:val="Footer"/>
    </w:pPr>
  </w:p>
  <w:tbl>
    <w:tblPr>
      <w:tblW w:w="10872" w:type="dxa"/>
      <w:jc w:val="center"/>
      <w:tblLayout w:type="fixed"/>
      <w:tblLook w:val="04A0" w:firstRow="1" w:lastRow="0" w:firstColumn="1" w:lastColumn="0" w:noHBand="0" w:noVBand="1"/>
    </w:tblPr>
    <w:tblGrid>
      <w:gridCol w:w="1944"/>
      <w:gridCol w:w="4680"/>
      <w:gridCol w:w="2448"/>
      <w:gridCol w:w="1800"/>
    </w:tblGrid>
    <w:tr w:rsidR="0083009F" w14:paraId="1BFCDDA6" w14:textId="77777777">
      <w:trPr>
        <w:jc w:val="center"/>
      </w:trPr>
      <w:tc>
        <w:tcPr>
          <w:tcW w:w="1944" w:type="dxa"/>
          <w:shd w:val="clear" w:color="auto" w:fill="002F60"/>
          <w:tcMar>
            <w:top w:w="30" w:type="dxa"/>
            <w:left w:w="40" w:type="dxa"/>
            <w:bottom w:w="30" w:type="dxa"/>
            <w:right w:w="40" w:type="dxa"/>
          </w:tcMar>
        </w:tcPr>
        <w:p w14:paraId="001B6CCA" w14:textId="77777777" w:rsidR="0083009F" w:rsidRDefault="00000000">
          <w:pPr>
            <w:spacing w:after="0" w:line="204" w:lineRule="auto"/>
            <w:jc w:val="center"/>
          </w:pPr>
          <w:r>
            <w:rPr>
              <w:b/>
              <w:color w:val="FFFFFF"/>
              <w:sz w:val="13"/>
            </w:rPr>
            <w:t>757-330-2303</w:t>
          </w:r>
          <w:r>
            <w:br/>
          </w:r>
          <w:r>
            <w:rPr>
              <w:color w:val="FFFFFF"/>
              <w:sz w:val="10"/>
            </w:rPr>
            <w:t>Call for pricing</w:t>
          </w:r>
        </w:p>
      </w:tc>
      <w:tc>
        <w:tcPr>
          <w:tcW w:w="4680" w:type="dxa"/>
          <w:shd w:val="clear" w:color="auto" w:fill="002F60"/>
          <w:tcMar>
            <w:top w:w="30" w:type="dxa"/>
            <w:left w:w="40" w:type="dxa"/>
            <w:bottom w:w="30" w:type="dxa"/>
            <w:right w:w="40" w:type="dxa"/>
          </w:tcMar>
        </w:tcPr>
        <w:p w14:paraId="37292413" w14:textId="77777777" w:rsidR="0083009F" w:rsidRDefault="00000000">
          <w:pPr>
            <w:spacing w:after="0" w:line="204" w:lineRule="auto"/>
            <w:jc w:val="center"/>
          </w:pPr>
          <w:r>
            <w:rPr>
              <w:b/>
              <w:color w:val="FFFFFF"/>
              <w:sz w:val="13"/>
            </w:rPr>
            <w:t>coastalpapersupply1971@gmail.com</w:t>
          </w:r>
          <w:r>
            <w:br/>
          </w:r>
          <w:r>
            <w:rPr>
              <w:color w:val="FFFFFF"/>
              <w:sz w:val="10"/>
            </w:rPr>
            <w:t>Orders &amp; quotes</w:t>
          </w:r>
        </w:p>
      </w:tc>
      <w:tc>
        <w:tcPr>
          <w:tcW w:w="2448" w:type="dxa"/>
          <w:shd w:val="clear" w:color="auto" w:fill="002F60"/>
          <w:tcMar>
            <w:top w:w="30" w:type="dxa"/>
            <w:left w:w="40" w:type="dxa"/>
            <w:bottom w:w="30" w:type="dxa"/>
            <w:right w:w="40" w:type="dxa"/>
          </w:tcMar>
        </w:tcPr>
        <w:p w14:paraId="4059CA91" w14:textId="77777777" w:rsidR="0083009F" w:rsidRDefault="00000000">
          <w:pPr>
            <w:spacing w:after="0" w:line="204" w:lineRule="auto"/>
            <w:jc w:val="center"/>
          </w:pPr>
          <w:r>
            <w:rPr>
              <w:b/>
              <w:color w:val="FFFFFF"/>
              <w:sz w:val="13"/>
            </w:rPr>
            <w:t>HAMPTON ROADS</w:t>
          </w:r>
          <w:r>
            <w:br/>
          </w:r>
          <w:r>
            <w:rPr>
              <w:color w:val="FFFFFF"/>
              <w:sz w:val="10"/>
            </w:rPr>
            <w:t>Service area</w:t>
          </w:r>
        </w:p>
      </w:tc>
      <w:tc>
        <w:tcPr>
          <w:tcW w:w="1800" w:type="dxa"/>
          <w:shd w:val="clear" w:color="auto" w:fill="002F60"/>
          <w:tcMar>
            <w:top w:w="30" w:type="dxa"/>
            <w:left w:w="40" w:type="dxa"/>
            <w:bottom w:w="30" w:type="dxa"/>
            <w:right w:w="40" w:type="dxa"/>
          </w:tcMar>
        </w:tcPr>
        <w:p w14:paraId="4FBCE07C" w14:textId="77777777" w:rsidR="0083009F" w:rsidRDefault="00000000">
          <w:pPr>
            <w:spacing w:after="0" w:line="204" w:lineRule="auto"/>
            <w:jc w:val="center"/>
          </w:pPr>
          <w:r>
            <w:rPr>
              <w:b/>
              <w:color w:val="FFFFFF"/>
              <w:sz w:val="12"/>
            </w:rPr>
            <w:t xml:space="preserve">PAGE </w:t>
          </w:r>
          <w:r>
            <w:rPr>
              <w:color w:val="FFFFFF"/>
              <w:sz w:val="12"/>
            </w:rPr>
            <w:fldChar w:fldCharType="begin"/>
          </w:r>
          <w:r>
            <w:rPr>
              <w:color w:val="FFFFFF"/>
              <w:sz w:val="12"/>
            </w:rPr>
            <w:instrText xml:space="preserve"> PAGE </w:instrText>
          </w:r>
          <w:r>
            <w:rPr>
              <w:color w:val="FFFFFF"/>
              <w:sz w:val="12"/>
            </w:rPr>
            <w:fldChar w:fldCharType="separate"/>
          </w:r>
          <w:r w:rsidR="001B0F1F">
            <w:rPr>
              <w:noProof/>
              <w:color w:val="FFFFFF"/>
              <w:sz w:val="12"/>
            </w:rPr>
            <w:t>1</w:t>
          </w:r>
          <w:r>
            <w:rPr>
              <w:color w:val="FFFFFF"/>
              <w:sz w:val="12"/>
            </w:rPr>
            <w:fldChar w:fldCharType="end"/>
          </w:r>
        </w:p>
      </w:tc>
    </w:tr>
  </w:tbl>
  <w:p w14:paraId="4ECFF2A9" w14:textId="77777777" w:rsidR="0083009F" w:rsidRDefault="00000000">
    <w:pPr>
      <w:spacing w:before="20" w:after="0" w:line="192" w:lineRule="auto"/>
      <w:jc w:val="center"/>
    </w:pPr>
    <w:r>
      <w:rPr>
        <w:color w:val="66737C"/>
        <w:sz w:val="10"/>
      </w:rPr>
      <w:t>Prices are per case and subject to availability. Photos are representative of the listed product family.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A7FDD" w14:textId="77777777" w:rsidR="00460AA2" w:rsidRDefault="00460AA2">
      <w:pPr>
        <w:spacing w:after="0" w:line="240" w:lineRule="auto"/>
      </w:pPr>
      <w:r>
        <w:separator/>
      </w:r>
    </w:p>
  </w:footnote>
  <w:footnote w:type="continuationSeparator" w:id="0">
    <w:p w14:paraId="07913E8D" w14:textId="77777777" w:rsidR="00460AA2" w:rsidRDefault="00460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9DEB" w14:textId="77777777" w:rsidR="0083009F" w:rsidRDefault="00830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9039152">
    <w:abstractNumId w:val="8"/>
  </w:num>
  <w:num w:numId="2" w16cid:durableId="413669566">
    <w:abstractNumId w:val="6"/>
  </w:num>
  <w:num w:numId="3" w16cid:durableId="692918563">
    <w:abstractNumId w:val="5"/>
  </w:num>
  <w:num w:numId="4" w16cid:durableId="1690832423">
    <w:abstractNumId w:val="4"/>
  </w:num>
  <w:num w:numId="5" w16cid:durableId="1487431625">
    <w:abstractNumId w:val="7"/>
  </w:num>
  <w:num w:numId="6" w16cid:durableId="1228223256">
    <w:abstractNumId w:val="3"/>
  </w:num>
  <w:num w:numId="7" w16cid:durableId="667438116">
    <w:abstractNumId w:val="2"/>
  </w:num>
  <w:num w:numId="8" w16cid:durableId="1604416603">
    <w:abstractNumId w:val="1"/>
  </w:num>
  <w:num w:numId="9" w16cid:durableId="9591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5145"/>
    <w:rsid w:val="00034616"/>
    <w:rsid w:val="0006063C"/>
    <w:rsid w:val="0015074B"/>
    <w:rsid w:val="00185685"/>
    <w:rsid w:val="001B0F1F"/>
    <w:rsid w:val="00242BF0"/>
    <w:rsid w:val="0029639D"/>
    <w:rsid w:val="00326F90"/>
    <w:rsid w:val="00401F72"/>
    <w:rsid w:val="00460AA2"/>
    <w:rsid w:val="005263F4"/>
    <w:rsid w:val="007F08F4"/>
    <w:rsid w:val="0083009F"/>
    <w:rsid w:val="00AA1D8D"/>
    <w:rsid w:val="00B47730"/>
    <w:rsid w:val="00BA352C"/>
    <w:rsid w:val="00CB0664"/>
    <w:rsid w:val="00D75A3E"/>
    <w:rsid w:val="00D967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51ADB9"/>
  <w14:defaultImageDpi w14:val="300"/>
  <w15:docId w15:val="{6B452802-EC81-4638-B956-E7939E6D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oter" Target="footer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Coastal Paper Supply Price List - Standardized Price Endings</dc:title>
  <dc:subject>Editable, print-efficient wholesale foodservice catalog</dc:subject>
  <dc:creator>Coastal Paper Supply LLC</dc:creator>
  <cp:keywords/>
  <dc:description>generated by python-docx</dc:description>
  <cp:lastModifiedBy>Amer Taleeb</cp:lastModifiedBy>
  <cp:revision>2</cp:revision>
  <cp:lastPrinted>2026-07-28T01:04:00Z</cp:lastPrinted>
  <dcterms:created xsi:type="dcterms:W3CDTF">2026-07-28T16:35:00Z</dcterms:created>
  <dcterms:modified xsi:type="dcterms:W3CDTF">2026-07-28T16:35:00Z</dcterms:modified>
  <cp:category/>
</cp:coreProperties>
</file>